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이월 합의서</w:t>
      </w:r>
    </w:p>
    <w:p>
      <w:pPr>
        <w:spacing w:after="13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부서(팀)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근로자 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이월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해당 연도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발생 연차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연차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이월 일수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기한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합의일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특약</w:t>
      </w:r>
    </w:p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기한 안에 쓰지 못한 경우의 처리 방법 등 합의한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7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내용을 회사와 근로자가 합의하였음을 확인합니다.</w:t>
      </w:r>
    </w:p>
    <w:p>
      <w:pPr>
        <w:spacing w:after="110" w:before="11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:                                        (서명 또는 인)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근로자 :                                        (서명 또는 인)</w:t>
      </w:r>
    </w:p>
    <w:p>
      <w:pPr>
        <w:spacing w:after="0" w:before="8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이월 가능 여부와 수당 정산은 취업규칙과 근로계약을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