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잔여일수 조회 요청서</w:t>
      </w:r>
    </w:p>
    <w:p>
      <w:pPr>
        <w:spacing w:after="11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7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소속·직위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7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조회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7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조회 기준일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회계연도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7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확인 항목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7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조회 사유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본인이 파악한 사용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사용일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일수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1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회신 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7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희망일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1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연차휴가 현황의 확인을 요청합니다.</w:t>
      </w:r>
    </w:p>
    <w:p>
      <w:pPr>
        <w:spacing w:after="91" w:before="9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6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연차 발생·차감 기준은 회사 취업규칙과 근로기준법에 따릅니다. 회신 내용은 근거와 함께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