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연차 선사용 확인서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근로자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선사용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선사용 일수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기간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현재 잔여 연차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차감 예정 시기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정산 방법 및 특약</w:t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차감 방식과 퇴직 시 처리 방법을 합의한 대로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721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회사 담당자 :                                        (서명 또는 인)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근로자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임금 공제 등은 법령과 회사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