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발생 내역 확인서</w:t>
      </w:r>
    </w:p>
    <w:p>
      <w:pPr>
        <w:spacing w:after="15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근로자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소속·직위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산정 기준일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연차 발생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717" w:hRule="atLeast"/>
        </w:trPr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대상 기간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발생 일수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사용 일수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잔여 일수</w:t>
            </w:r>
          </w:p>
        </w:tc>
      </w:tr>
      <w:tr>
        <w:trPr>
          <w:trHeight w:val="717" w:hRule="atLeast"/>
        </w:trPr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7" w:hRule="atLeast"/>
        </w:trPr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7" w:hRule="atLeast"/>
        </w:trPr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7" w:hRule="atLeast"/>
        </w:trPr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합계 및 비고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총 발생 일수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총 잔여 일수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비고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7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연차 발생 내역을 확인합니다.</w:t>
      </w:r>
    </w:p>
    <w:p>
      <w:pPr>
        <w:spacing w:after="127" w:before="12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근로자 :                                        (서명 또는 인)</w:t>
      </w:r>
    </w:p>
    <w:p>
      <w:pPr>
        <w:spacing w:after="12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인사 담당 :                                        (서명 또는 인)</w:t>
      </w:r>
    </w:p>
    <w:p>
      <w:pPr>
        <w:spacing w:after="0" w:before="9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발생 일수 산정 기준은 근로계약과 취업규칙을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