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방과후학교 수강 신청서</w:t>
      </w:r>
    </w:p>
    <w:p>
      <w:pPr>
        <w:spacing w:after="14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학생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6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학교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학년·반·번호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학생 이름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보호자 이름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보호자 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비상 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희망 프로그램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7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프로그램명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요일·시간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67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75" w:hRule="atLeast"/>
        </w:trPr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74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수업 후 귀가 방법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6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귀가 방법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인수 보호자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전달 사항</w:t>
            </w:r>
          </w:p>
        </w:tc>
        <w:tc>
          <w:tcPr>
            <w:tcW w:type="dxa" w:w="7891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방과후학교 수강을 신청합니다.</w:t>
      </w:r>
    </w:p>
    <w:p>
      <w:pPr>
        <w:spacing w:after="119" w:before="11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학부모 :                                        (서명 또는 인)</w:t>
      </w:r>
    </w:p>
    <w:p>
      <w:pPr>
        <w:spacing w:after="0" w:before="8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프로그램 정원과 수강료는 학교 가정통신문을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