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선금 지급 신청서</w:t>
      </w:r>
    </w:p>
    <w:p>
      <w:pPr>
        <w:spacing w:after="11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계약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선금 신청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 비율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입금 은행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보증서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선금을 어디에 쓸 계획인지 항목별로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5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계약에 따른 선금 지급을 신청합니다.</w:t>
      </w:r>
    </w:p>
    <w:p>
      <w:pPr>
        <w:spacing w:after="94" w:before="9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7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지급 조건과 제출 서류는 계약서와 발주처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