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이의신청서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성명(법인명)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대리인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처분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처분청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처분 통지일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처분 종류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처분 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문서번호 / 사건번호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이의신청 취지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무엇을 구하는지 한두 문장으로 적으십시오. (예: 위 과태료 부과처분을 취소해 주시기 바랍니다)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81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이의신청 이유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처분이 부당하다고 보는 근거를 사실과 법령을 들어 기재하십시오. 사실관계를 시간순으로 적고 증빙을 인용합니다.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399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첨부 서류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서류명</w:t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1</w:t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처분 통지서 사본</w:t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이의를 신청합니다.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12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귀중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이의신청 기간은 법령마다 다르며 기간을 넘기면 각하됩니다. 처분 통지서에 적힌 불복 기간과 방법을 먼저 확인하고, 처분청이 정한 양식이 있으면 그 양식을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