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거  래  처     원  장</w:t>
      </w:r>
    </w:p>
    <w:p>
      <w:pPr>
        <w:spacing w:after="13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거래개시일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적요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차변(매출)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대변(입금)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62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기말 잔액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1" w:before="11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8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잔액은 전월 이월액부터 순차적으로 누적 계산하며, 세무 처리에 관한 사항은 세무대리인에게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