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출  입  증     신  청  서</w:t>
      </w:r>
    </w:p>
    <w:p>
      <w:pPr>
        <w:spacing w:after="6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구분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신규 / 재발급 / 임시 / 방문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부서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담당자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발급 대상자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소속(업체명)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직위/역할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연락처</w:t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출입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 년   월   일 ~ 20    년   월   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상주 여부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상주 / 비상주</w:t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출입 구역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출입 시간대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출입 목적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 사유 (재발급 시 분실 경위 포함)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출입증은 본인만 사용하며 타인에게 대여하거나 양도하지 않는다.</w:t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출입 구역 외 무단 출입과 사내 자료의 무단 촬영·반출을 하지 않는다.</w:t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퇴사·계약 종료·사용기간 만료 시 즉시 반납하며, 분실 시 지체 없이 신고한다.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반납 예정일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반납 확인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사항을 준수할 것을 서약하며 출입증 발급을 신청합니다.</w:t>
      </w:r>
    </w:p>
    <w:p>
      <w:pPr>
        <w:spacing w:after="53" w:before="5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98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결재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598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보안구역 출입은 별도 승인 절차가 필요할 수 있으므로 사내 보안규정을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