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학원 출결 관리표</w:t>
      </w:r>
    </w:p>
    <w:p>
      <w:pPr>
        <w:spacing w:after="10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4" w:before="8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반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9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반명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과목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담당강사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수업 요일·시간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4" w:before="8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출결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</w:tblGrid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1회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2회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3회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4회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5회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6회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7회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8회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출석률</w:t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4" w:before="8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출결 기호 범례</w:t>
      </w:r>
    </w:p>
    <w:p>
      <w:pPr>
        <w:spacing w:after="4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○ : 출석</w:t>
      </w:r>
    </w:p>
    <w:p>
      <w:pPr>
        <w:spacing w:after="4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△ : 지각</w:t>
      </w:r>
    </w:p>
    <w:p>
      <w:pPr>
        <w:spacing w:after="4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× : 결석</w:t>
      </w:r>
    </w:p>
    <w:p>
      <w:pPr>
        <w:spacing w:after="4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/ : 보강</w:t>
      </w:r>
    </w:p>
    <w:p>
      <w:pPr>
        <w:spacing w:after="44" w:before="8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특이사항</w:t>
      </w:r>
    </w:p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결석·보강 등 특이사항을 간단히 기록하십시오.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1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 관리표의 출결 정보는 학습 관리 목적으로만 수집하며, 수강 종료 후 학원 규정에서 정한 보유기간이 지나면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