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지각·결근 사유서</w:t>
      </w:r>
    </w:p>
    <w:p>
      <w:pPr>
        <w:spacing w:after="10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작성자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근태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근태 구분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해당 일시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증빙 첨부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사유</w:t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근태가 생긴 경위를 사실대로 적으십시오. 건강 정보는 자세히 쓰지 않아도 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4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앞으로의 조치</w:t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같은 일이 생기지 않도록 할 방법을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2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5" w:before="8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근태 인정 여부와 처리 방식은 회사 규정에 따릅니다. 제출처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